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19</w:t>
      </w:r>
    </w:p>
    <w:p>
      <w:pPr>
        <w:pStyle w:val="Title"/>
      </w:pPr>
      <w:r>
        <w:t>Wniosek o pozbawienie władzy rodzicielskiej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111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zł; postępowanie może być wszczęte z urzędu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111 § 1 KRO przewiduje pozbawienie władzy w razie trwałej przeszkody, nadużywania władzy albo rażącego zaniedbywania obowiązków.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istnieje trwała przeszkoda w wykonywaniu władzy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rodzic nadużywa władzy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rodzic rażąco zaniedbuje obowiązki, a łagodniejsze środki nie wystarczą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jedną z ustawowych przesłanek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trwałość lub kwalifikowany charakter sytuacji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skutki dla dziecka i dotychczasowe środki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instytucji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dokumentacja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zeznania świadków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Pozbawienie władzy nie znosi alimentów i nie oznacza automatycznego zakazu kontaktów.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POZBAWIENIE WŁADZY RODZICIELSKIEJ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pozbawienie </w:t>
      </w:r>
      <w:r>
        <w:rPr>
          <w:rFonts w:ascii="Liberation Serif" w:hAnsi="Liberation Serif"/>
          <w:b w:val="0"/>
          <w:color w:val="AA2332"/>
          <w:sz w:val="24"/>
        </w:rPr>
        <w:t>[rodzic]</w:t>
      </w:r>
      <w:r>
        <w:rPr>
          <w:rFonts w:ascii="Liberation Serif" w:hAnsi="Liberation Serif"/>
          <w:b w:val="0"/>
          <w:sz w:val="24"/>
        </w:rPr>
        <w:t xml:space="preserve"> władzy nad </w:t>
      </w:r>
      <w:r>
        <w:rPr>
          <w:rFonts w:ascii="Liberation Serif" w:hAnsi="Liberation Serif"/>
          <w:b w:val="0"/>
          <w:color w:val="AA2332"/>
          <w:sz w:val="24"/>
        </w:rPr>
        <w:t>[dziecko]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</w:t>
      </w:r>
      <w:r>
        <w:rPr>
          <w:rFonts w:ascii="Liberation Serif" w:hAnsi="Liberation Serif"/>
          <w:b w:val="0"/>
          <w:color w:val="AA2332"/>
          <w:sz w:val="24"/>
        </w:rPr>
        <w:t>[pilne zabezpieczenie odpowiadające sytuacji]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Podstawą wniosku jest </w:t>
      </w:r>
      <w:r>
        <w:rPr>
          <w:rFonts w:ascii="Liberation Serif" w:hAnsi="Liberation Serif"/>
          <w:b w:val="0"/>
          <w:color w:val="AA2332"/>
          <w:sz w:val="24"/>
        </w:rPr>
        <w:t>[trwała przeszkoda / nadużywanie / rażące zaniedbanie]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Fakty wypełniające przesłankę to </w:t>
      </w:r>
      <w:r>
        <w:rPr>
          <w:rFonts w:ascii="Liberation Serif" w:hAnsi="Liberation Serif"/>
          <w:b w:val="0"/>
          <w:color w:val="AA2332"/>
          <w:sz w:val="24"/>
        </w:rPr>
        <w:t>[chronologia]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Dotychczasowe środki obejmowały </w:t>
      </w:r>
      <w:r>
        <w:rPr>
          <w:rFonts w:ascii="Liberation Serif" w:hAnsi="Liberation Serif"/>
          <w:b w:val="0"/>
          <w:color w:val="AA2332"/>
          <w:sz w:val="24"/>
        </w:rPr>
        <w:t>[działania i wynik]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Łagodniejsze środki nie chronią dziecka, ponieważ </w:t>
      </w:r>
      <w:r>
        <w:rPr>
          <w:rFonts w:ascii="Liberation Serif" w:hAnsi="Liberation Serif"/>
          <w:b w:val="0"/>
          <w:color w:val="AA2332"/>
          <w:sz w:val="24"/>
        </w:rPr>
        <w:t>[wyjaśnienie]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instytucji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dokumentacja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zeznania świadków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p>
      <w:r>
        <w:br w:type="page"/>
      </w:r>
    </w:p>
    <w:p>
      <w:pPr>
        <w:keepNext w:val="0"/>
        <w:spacing w:before="0" w:after="100"/>
        <w:jc w:val="center"/>
      </w:pPr>
      <w:r>
        <w:rPr>
          <w:rFonts w:ascii="Liberation Serif" w:hAnsi="Liberation Serif"/>
          <w:b/>
          <w:sz w:val="24"/>
        </w:rPr>
        <w:t>MODELOWY PRZYKŁAD WYPEŁNIONEGO PISMA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 w:val="0"/>
          <w:sz w:val="20"/>
        </w:rPr>
        <w:t>Wszystkie osoby, adresy i zdarzenia są fikcyjne. Przykład pokazuje konstrukcję argumentacji; nie należy kopiować go jako opisu własnej sprawy.</w:t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sz w:val="24"/>
        </w:rPr>
        <w:t>Łódź, 28 października 2026 r.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  <w:t>Anna Przykładowa, ul. Przykładowa 10, 90-001 Łódź, PESEL 80010100000</w:t>
        <w:br/>
        <w:t>Uczestnik / Pozwany: Piotr Przykładowy, ul. Inna 12, 90-002 Łódź</w:t>
        <w:br/>
        <w:t>Sygnatura akt: III RC 123/26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dla Łodzi-Śródmieścia w Łodzi</w:t>
        <w:br/>
        <w:t>Wydział Rodzinny i Nieletnich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POZBAWIENIE WŁADZY RODZICIELSKIEJ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pozbawienie ojca władzy nad małoletnią Zofię Przykładową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powierzenie matce wykonywania bieżącej pieczy do czasu zakończenia postępowania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Uczestnik nie utrzymuje kontaktu z córką od czerwca 2022 r., nie odpowiada na korespondencję i od tego czasu nie uczestniczy w żadnej decyzji szkolnej ani medycznej. Ostatni znany adres okazał się nieaktualny.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Wnioskodawczyni próbowała ustalić miejsce pobytu uczestnika przez rodzinę, postępowanie egzekucyjne oraz dostępne rejestry. Próby opisane w załączonej chronologii nie przyniosły rezultatu. Brak stanowiska ojca uniemożliwiał terminowe podejmowanie decyzji wymagających współdziałania.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Wniosek opiera się na trwałej przeszkodzie w wykonywaniu władzy, a nie na samym braku alimentów lub konflikcie rodziców. Dostępne informacje wskazują na utrwalony stan, którego nie usunęły mniej ingerujące działania.</w:t>
      </w:r>
    </w:p>
    <w:p>
      <w:r>
        <w:br w:type="page"/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instytucji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dokumentacja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zeznania świadków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sz w:val="24"/>
        </w:rPr>
        <w:t>Anna Przykładowa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