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17</w:t>
      </w:r>
    </w:p>
    <w:p>
      <w:pPr>
        <w:pStyle w:val="Title"/>
      </w:pPr>
      <w:r>
        <w:t>Wniosek o uregulowanie wykonywania władzy rodzicielskiej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lub pobytu dziecka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107 KRO; art. 569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107 KRO służy uporządkowaniu wykonywania władzy rodzicielskiej przez rodziców żyjących w rozłączeniu.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rodzice żyją osobno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spór dotyczy podziału kompetencji, a nie zagrożenia dobra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są jasne zasady podejmowania decyzji i informacji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które decyzje mają być wspólne, a które samodzielne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kanał i termin wymiany informacji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projekt porozumienia rodzicielskiego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projekt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spornych decyzji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utożsamiaj porządkującego rozstrzygnięcia z art. 107 KRO ze środkiem ochronnym z art. 109 KRO.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lub pobytu dziecka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UREGULOWANIE WYKONYWANIA WŁADZY RODZICIELSKIEJ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uregulowanie wykonywania władzy w opisany sposób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ustalenie miejsca pobytu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ustalenie zasad informacji i przekazywania dokumentów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Rodzice żyją osobno od </w:t>
      </w:r>
      <w:r>
        <w:rPr>
          <w:rFonts w:ascii="Liberation Serif" w:hAnsi="Liberation Serif"/>
          <w:b w:val="0"/>
          <w:color w:val="AA2332"/>
          <w:sz w:val="24"/>
        </w:rPr>
        <w:t>[data]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Dotychczasowy model decyzji wyglądał następująco: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Spory dotyczą </w:t>
      </w:r>
      <w:r>
        <w:rPr>
          <w:rFonts w:ascii="Liberation Serif" w:hAnsi="Liberation Serif"/>
          <w:b w:val="0"/>
          <w:color w:val="AA2332"/>
          <w:sz w:val="24"/>
        </w:rPr>
        <w:t>[obszary]</w:t>
      </w:r>
      <w:r>
        <w:rPr>
          <w:rFonts w:ascii="Liberation Serif" w:hAnsi="Liberation Serif"/>
          <w:b w:val="0"/>
          <w:sz w:val="24"/>
        </w:rPr>
        <w:t xml:space="preserve"> i powodują </w:t>
      </w:r>
      <w:r>
        <w:rPr>
          <w:rFonts w:ascii="Liberation Serif" w:hAnsi="Liberation Serif"/>
          <w:b w:val="0"/>
          <w:color w:val="AA2332"/>
          <w:sz w:val="24"/>
        </w:rPr>
        <w:t>[skutki]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Proponowany podział umożliwi sprawne decyzje, ponieważ </w:t>
      </w:r>
      <w:r>
        <w:rPr>
          <w:rFonts w:ascii="Liberation Serif" w:hAnsi="Liberation Serif"/>
          <w:b w:val="0"/>
          <w:color w:val="AA2332"/>
          <w:sz w:val="24"/>
        </w:rPr>
        <w:t>[wyjaśnienie]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projekt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spornych decyzji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projekt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p>
      <w:r>
        <w:br w:type="page"/>
      </w:r>
    </w:p>
    <w:p>
      <w:pPr>
        <w:keepNext w:val="0"/>
        <w:spacing w:before="0" w:after="100"/>
        <w:jc w:val="center"/>
      </w:pPr>
      <w:r>
        <w:rPr>
          <w:rFonts w:ascii="Liberation Serif" w:hAnsi="Liberation Serif"/>
          <w:b/>
          <w:sz w:val="24"/>
        </w:rPr>
        <w:t>MODELOWY PRZYKŁAD WYPEŁNIONEGO PISMA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 w:val="0"/>
          <w:sz w:val="20"/>
        </w:rPr>
        <w:t>Wszystkie osoby, adresy i zdarzenia są fikcyjne. Przykład pokazuje konstrukcję argumentacji; nie należy kopiować go jako opisu własnej sprawy.</w:t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sz w:val="24"/>
        </w:rPr>
        <w:t>Łódź, 28 października 2026 r.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  <w:t>Anna Przykładowa, ul. Przykładowa 10, 90-001 Łódź, PESEL 80010100000</w:t>
        <w:br/>
        <w:t>Uczestnik / Pozwany: Piotr Przykładowy, ul. Inna 12, 90-002 Łódź</w:t>
        <w:br/>
        <w:t>Sygnatura akt: III RC 123/26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dla Łodzi-Śródmieścia w Łodzi</w:t>
        <w:br/>
        <w:t>Wydział Rodzinny i Nieletnich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UREGULOWANIE WYKONYWANIA WŁADZY RODZICIELSKIEJ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uregulowanie wykonywania władzy w opisany sposób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ustalenie miejsca pobytu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ustalenie zasad informacji i przekazywania dokumentów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Rodzice żyją osobno od stycznia 2025 r. Zofia stale mieszka z matką, a ojciec regularnie realizuje kontakty. Spór nie dotyczy bezpieczeństwa dziecka, lecz sposobu podejmowania decyzji szkolnych, medycznych i dotyczących zajęć dodatkowych.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Wnioskodawczyni proponuje, aby decyzje bieżące podejmował rodzic sprawujący w danym czasie pieczę, a wybór szkoły, planowane leczenie i wyjazdy zagraniczne wymagały wspólnego stanowiska. Dokumenty mają być przesyłane na wskazane adresy e-mail, a odpowiedź udzielana w ciągu siedmiu dni, z wyjątkiem nagłych sytuacji zdrowotnych.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Rozwiązanie zachowuje udział obojga rodziców w sprawach ważnych i ogranicza spory wynikające z braku terminów oraz kanału przekazywania informacji.</w:t>
      </w:r>
    </w:p>
    <w:p>
      <w:r>
        <w:br w:type="page"/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dotychczasowe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projekt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spornych decyzji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sz w:val="24"/>
        </w:rPr>
        <w:t>Anna Przykładowa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projekt porozumienia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